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The Genius from the Ghetto</w:t>
      </w:r>
    </w:p>
    <w:p>
      <w:r>
        <w:t>“They called me mad because I asked too many questions. But madness, I learned, is just brilliance misunderstood by a lazy world.”</w:t>
      </w:r>
    </w:p>
    <w:p>
      <w:r>
        <w:t>PART 1: Born in the Dust</w:t>
        <w:br/>
        <w:t>I was born where dust never settles, where dreams die young and genius is a burden. My mother was a hawker of roasted maize. My father? A man swallowed by silence—he walked out one morning and never came back.</w:t>
      </w:r>
    </w:p>
    <w:p>
      <w:r>
        <w:t>I didn’t cry. I observed. I questioned.</w:t>
        <w:br/>
        <w:t>At five, I dismantled a broken radio to find the music.</w:t>
        <w:br/>
        <w:t>At seven, I connected wires to a battery and made my first homemade bulb.</w:t>
        <w:br/>
        <w:t>At nine, I asked my teacher why the sun doesn't burn the sky if it's fire.</w:t>
        <w:br/>
        <w:t>She slapped me.</w:t>
      </w:r>
    </w:p>
    <w:p>
      <w:r>
        <w:t>They said I asked too much.</w:t>
        <w:br/>
        <w:t>But Albert Einstein once said: "The important thing is not to stop questioning."</w:t>
      </w:r>
    </w:p>
    <w:p>
      <w:r>
        <w:t>PART 2: My Mind, My Prison</w:t>
        <w:br/>
        <w:t>I lived in Kivule, Dar es Salaam—where poverty walks barefoot and intelligence is mocked. My teachers taught for the exam, but I studied for understanding. I read about gravity from Newton, energy from Tesla, and time from Einstein—on a cracked smartphone I borrowed every weekend.</w:t>
      </w:r>
    </w:p>
    <w:p>
      <w:r>
        <w:t>The more I learned, the lonelier I became.</w:t>
        <w:br/>
        <w:t>My classmates laughed at me.</w:t>
        <w:br/>
        <w:t>One said, “Baraka, utakuwa kichaa siku moja.”</w:t>
        <w:br/>
        <w:t>I smiled.</w:t>
        <w:br/>
        <w:t>If madness meant dreaming beyond these walls, then I embraced it.</w:t>
      </w:r>
    </w:p>
    <w:p>
      <w:r>
        <w:t>PART 3: The Spark of Resistance</w:t>
        <w:br/>
        <w:t>When our school was shut down for lack of funds, I organized a petition.</w:t>
        <w:br/>
        <w:t>At 16, I stood before the municipal council and said:</w:t>
      </w:r>
    </w:p>
    <w:p>
      <w:r>
        <w:t>“We are not lazy. We are neglected. Our minds are on fire, but you give us no books to burn.”</w:t>
      </w:r>
    </w:p>
    <w:p>
      <w:r>
        <w:t>They laughed. They ignored me.</w:t>
        <w:br/>
        <w:t>But the local paper wrote a headline the next day:</w:t>
        <w:br/>
        <w:t>"Teen Science Whiz Demands Justice for Forgotten Schools"</w:t>
      </w:r>
    </w:p>
    <w:p>
      <w:r>
        <w:t>That night, someone broke my mother’s maize stand.</w:t>
        <w:br/>
        <w:t>They wanted to silence me.</w:t>
        <w:br/>
        <w:t>But Martin Luther King Jr. said, “Our lives begin to end the day we become silent about things that matter.”</w:t>
      </w:r>
    </w:p>
    <w:p>
      <w:r>
        <w:t>So I shouted louder.</w:t>
      </w:r>
    </w:p>
    <w:p>
      <w:r>
        <w:t>PART 4: The Genius Underground</w:t>
        <w:br/>
        <w:t>I created a WhatsApp group: "Genius Underground"</w:t>
        <w:br/>
        <w:t>We were 12 students from different poor neighborhoods in Tanzania.</w:t>
        <w:br/>
        <w:t>We shared ideas, inventions, problems, and hopes.</w:t>
        <w:br/>
        <w:t>One girl built a water purifier from charcoal and plastic.</w:t>
        <w:br/>
        <w:t>A boy designed a bicycle phone charger.</w:t>
      </w:r>
    </w:p>
    <w:p>
      <w:r>
        <w:t>We were rejected by schools. But we built a digital classroom from rejection.</w:t>
        <w:br/>
        <w:t>And one night, I posted a message:</w:t>
      </w:r>
    </w:p>
    <w:p>
      <w:r>
        <w:t>“We are the future Julius Nyereres.</w:t>
        <w:br/>
        <w:t>We are the Teslas from Tandale.</w:t>
        <w:br/>
        <w:t>We are the Einsteins in rags.”</w:t>
      </w:r>
    </w:p>
    <w:p>
      <w:r>
        <w:t>PART 5: My Name Is Not Madman</w:t>
        <w:br/>
        <w:t>At 22, I walk past people who still call me “Kichaa wa Wire.”</w:t>
        <w:br/>
        <w:t>But I am building something.</w:t>
        <w:br/>
        <w:t>Not just machines.</w:t>
        <w:br/>
        <w:t>A movement.</w:t>
      </w:r>
    </w:p>
    <w:p>
      <w:r>
        <w:t>A movement that believes:</w:t>
        <w:br/>
        <w:t>- Science belongs in slums.</w:t>
        <w:br/>
        <w:t>- Genius can rise from gutters.</w:t>
        <w:br/>
        <w:t>- Poverty is not stupidity.</w:t>
      </w:r>
    </w:p>
    <w:p>
      <w:r>
        <w:t>Nelson Mandela once said, “Education is the most powerful weapon you can use to change the world.”</w:t>
        <w:br/>
        <w:t>So I sharpen it, daily.</w:t>
      </w:r>
    </w:p>
    <w:p>
      <w:r>
        <w:t>ENDING: A Voice That Won’t Die</w:t>
        <w:br/>
        <w:t>I’m not asking to be understood anymore.</w:t>
        <w:br/>
        <w:t>I’m asking to be heard.</w:t>
      </w:r>
    </w:p>
    <w:p>
      <w:r>
        <w:t>Because I believe:</w:t>
        <w:br/>
        <w:t>“If your voice can build one bridge, light one bulb, or free one mind—then you have done enough.”</w:t>
      </w:r>
    </w:p>
    <w:p>
      <w:r>
        <w:br/>
        <w:t>Submitted by:</w:t>
      </w:r>
    </w:p>
    <w:p>
      <w:r>
        <w:t>Name: Peter Mtali</w:t>
      </w:r>
    </w:p>
    <w:p>
      <w:r>
        <w:t>Email: mtalipeter15@gmail.com</w:t>
      </w:r>
    </w:p>
    <w:p>
      <w:r>
        <w:t>Halopesa: 0612146713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