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PENDEKEZO LA BIASHARA</w:t>
      </w:r>
    </w:p>
    <w:p>
      <w:pPr>
        <w:pStyle w:val="Heading1"/>
      </w:pPr>
      <w:r>
        <w:t>BUSINESS PROPOSAL</w:t>
      </w:r>
    </w:p>
    <w:p/>
    <w:p>
      <w:r>
        <w:t>Mradi wa Kuchuja na Kufungasha Maji kwa Ajili ya Mauzo</w:t>
      </w:r>
    </w:p>
    <w:p>
      <w:r>
        <w:t>Water Purification and Packaging Project for Commercial Distribution</w:t>
      </w:r>
    </w:p>
    <w:p/>
    <w:p>
      <w:r>
        <w:t>1. Utangulizi</w:t>
      </w:r>
    </w:p>
    <w:p>
      <w:r>
        <w:t>1. Introduction</w:t>
      </w:r>
    </w:p>
    <w:p/>
    <w:p>
      <w:r>
        <w:t>Kupitia barua hii ya pendekezo, napenda kuwafikia wafadhili na wawekezaji wote watarajiwa wenye nia ya kuunga mkono miradi ya maendeleo ya kijamii na kiuchumi. Mimi ni mjasiriamali kutoka Kiluvya, Pwani, niliye na eneo tayari kwa ajili ya kuanzisha mradi wa uzalishaji na uuzaji wa maji safi na salama ya kunywa. Lengo kuu ni kutoa huduma ya maji yaliyosafishwa, kufungashwa vizuri, na kusambazwa kwa jamii kwa bei nafuu.</w:t>
      </w:r>
    </w:p>
    <w:p>
      <w:r>
        <w:t>Through this proposal letter, I wish to reach out to potential donors and investors interested in supporting socio-economic development projects. I am an entrepreneur based in Kiluvya, Pwani, with an available site ready to initiate a project for the production and sale of clean and safe drinking water. The main goal is to provide purified and well-packaged water to the community at an affordable price.</w:t>
      </w:r>
    </w:p>
    <w:p/>
    <w:p>
      <w:r>
        <w:t>2. Maelezo ya Mradi</w:t>
      </w:r>
    </w:p>
    <w:p>
      <w:r>
        <w:t>2. Project Description</w:t>
      </w:r>
    </w:p>
    <w:p/>
    <w:p>
      <w:r>
        <w:t>Mradi huu unalenga kuchukua maji kutoka kwenye chanzo kilicho salama, kuyachuja kwa kutumia mashine za kisasa ili kuondoa uchafu na vijidudu, kisha kuyafungasha kwenye chupa na vifungashio vingine kwa ajili ya kuuza.</w:t>
      </w:r>
    </w:p>
    <w:p>
      <w:r>
        <w:t>This project aims to source water from a safe origin, purify it using modern machinery to eliminate contaminants and microorganisms, then package it into bottles and other containers for sale.</w:t>
      </w:r>
    </w:p>
    <w:p/>
    <w:p>
      <w:r>
        <w:t>3. Malengo ya Mradi</w:t>
      </w:r>
    </w:p>
    <w:p>
      <w:r>
        <w:t>3. Project Goals</w:t>
      </w:r>
    </w:p>
    <w:p/>
    <w:p>
      <w:r>
        <w:t>- Kutoa maji safi na salama kwa jamii.</w:t>
        <w:br/>
        <w:t>- Kuongeza ajira kwa vijana na wakazi wa eneo husika.</w:t>
        <w:br/>
        <w:t>- Kuchangia katika kukuza uchumi wa mtu mmoja mmoja na taifa kwa ujumla.</w:t>
      </w:r>
    </w:p>
    <w:p>
      <w:r>
        <w:t>- Provide clean and safe water to the community.</w:t>
        <w:br/>
        <w:t>- Increase employment opportunities for youth and local residents.</w:t>
        <w:br/>
        <w:t>- Contribute to the economic growth of individuals and the nation as a whole.</w:t>
      </w:r>
    </w:p>
    <w:p/>
    <w:p>
      <w:r>
        <w:t>4. Vifaa Vinavyohitajika na Gharama</w:t>
      </w:r>
    </w:p>
    <w:p>
      <w:r>
        <w:t>4. Required Equipment and Costs</w:t>
      </w:r>
    </w:p>
    <w:p/>
    <w:p>
      <w:r>
        <w:t>Ili kufanikisha mradi huu, ninahitaji msaada wa kifedha au vifaa kwa ajili ya kupata mashine zifuatazo:</w:t>
        <w:br/>
        <w:t>- Mashine ya kuchuja maji</w:t>
        <w:br/>
        <w:t>- Mashine ya kujaza maji kwenye chupa</w:t>
        <w:br/>
        <w:t>- Mashine ya kufunga vifungashio</w:t>
        <w:br/>
        <w:t>- Chupa/vifungashio na vifaa vingine vya kuanzia</w:t>
        <w:br/>
        <w:br/>
        <w:t>Jumla ya gharama ya ununuzi wa vifaa ni takribani TSh 24,000,000 (Milioni Ishirini na Nne).</w:t>
      </w:r>
    </w:p>
    <w:p>
      <w:r>
        <w:t>To implement this project, I require financial or material support to acquire the following machines:</w:t>
        <w:br/>
        <w:t>- Water purification system</w:t>
        <w:br/>
        <w:t>- Bottling machine</w:t>
        <w:br/>
        <w:t>- Sealing machine</w:t>
        <w:br/>
        <w:t>- Bottles/packaging and other startup supplies</w:t>
        <w:br/>
        <w:br/>
        <w:t>The total estimated cost for equipment is approximately TSh 24,000,000 (Twenty-Four Million Tanzanian Shillings).</w:t>
      </w:r>
    </w:p>
    <w:p/>
    <w:p>
      <w:r>
        <w:t>5. Rasilimali Zilizopo</w:t>
      </w:r>
    </w:p>
    <w:p>
      <w:r>
        <w:t>5. Available Resources</w:t>
      </w:r>
    </w:p>
    <w:p/>
    <w:p>
      <w:r>
        <w:t>- Eneo la kutosha kwa ajili ya uzalishaji na kuhifadhi bidhaa</w:t>
        <w:br/>
        <w:t>- Chanzo cha maji safi kwa ajili ya kuchakatwa</w:t>
        <w:br/>
        <w:t>- Uzoefu wa kibiashara na mtandao wa wateja wa awali</w:t>
      </w:r>
    </w:p>
    <w:p>
      <w:r>
        <w:t>- Adequate space for production and product storage</w:t>
        <w:br/>
        <w:t>- A clean water source for processing</w:t>
        <w:br/>
        <w:t>- Business experience and an initial customer network</w:t>
      </w:r>
    </w:p>
    <w:p/>
    <w:p>
      <w:r>
        <w:t>6. Ombi</w:t>
      </w:r>
    </w:p>
    <w:p>
      <w:r>
        <w:t>6. Request</w:t>
      </w:r>
    </w:p>
    <w:p/>
    <w:p>
      <w:r>
        <w:t>Ninatoa wito kwa mfadhili au mwekezaji yeyote mwenye nia ya kuwekeza kwenye mradi wenye mchango wa kijamii na fursa ya kibiashara. Ninaomba usaidizi wa kifedha au vifaa ili kuanzisha na kuendesha mradi huu kwa ufanisi.</w:t>
      </w:r>
    </w:p>
    <w:p>
      <w:r>
        <w:t>I call upon any donor or investor interested in a socially impactful and commercially viable project. I am seeking financial or material assistance to successfully establish and operate this initiative.</w:t>
      </w:r>
    </w:p>
    <w:p/>
    <w:p>
      <w:r>
        <w:t>7. Hitimisho</w:t>
      </w:r>
    </w:p>
    <w:p>
      <w:r>
        <w:t>7. Conclusion</w:t>
      </w:r>
    </w:p>
    <w:p/>
    <w:p>
      <w:r>
        <w:t>Kwa heshima kubwa, nawasilisha pendekezo hili nikiwa na matumaini ya kupokea usaidizi kutoka kwa mfadhili au mwekezaji yeyote atakayevutiwa na wazo hili. Mradi huu ni wa kibiashara na kijamii pia, na una dhamira ya kuboresha maisha ya watu wetu.</w:t>
      </w:r>
    </w:p>
    <w:p>
      <w:r>
        <w:t>With great respect, I submit this proposal in the hope of receiving support from any donor or investor who finds this idea worthwhile. This project is both commercial and social, with a mission to improve the lives of our people.</w:t>
      </w:r>
    </w:p>
    <w:p/>
    <w:p>
      <w:r>
        <w:t>Jina la Muombaji: Lusajo Joseph</w:t>
      </w:r>
    </w:p>
    <w:p>
      <w:r>
        <w:t>Applicant Name: Lusajo Joseph</w:t>
      </w:r>
    </w:p>
    <w:p/>
    <w:p>
      <w:r>
        <w:t>Anuani: Pwani, Kiluvya</w:t>
      </w:r>
    </w:p>
    <w:p>
      <w:r>
        <w:t>Address: Pwani, Kiluvya</w:t>
      </w:r>
    </w:p>
    <w:p/>
    <w:p>
      <w:r>
        <w:t>Simu: 0778496901</w:t>
      </w:r>
    </w:p>
    <w:p>
      <w:r>
        <w:t>Phone: 0778496901</w:t>
      </w:r>
    </w:p>
    <w:p/>
    <w:p>
      <w:r>
        <w:t>Tarehe: 10/04/2025</w:t>
      </w:r>
    </w:p>
    <w:p>
      <w:r>
        <w:t>Date: 10/04/2025</w:t>
      </w:r>
    </w:p>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