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IT Learning Roadmap (Beginner to Competent in IT Support &amp; Basics)</w:t>
      </w:r>
    </w:p>
    <w:p>
      <w:pPr>
        <w:pStyle w:val="Heading1"/>
      </w:pPr>
      <w:r>
        <w:t>Table of Contents</w:t>
      </w:r>
    </w:p>
    <w:p>
      <w:r>
        <w:t>1. Learning Goals</w:t>
      </w:r>
    </w:p>
    <w:p>
      <w:r>
        <w:t>2. Tools and Equipment</w:t>
      </w:r>
    </w:p>
    <w:p>
      <w:r>
        <w:t>3. Weekly Study Schedule</w:t>
      </w:r>
    </w:p>
    <w:p>
      <w:r>
        <w:t>4. Detailed 24-Month Learning Plan</w:t>
      </w:r>
    </w:p>
    <w:p>
      <w:r>
        <w:t>5. Additional Requirements (Later)</w:t>
      </w:r>
    </w:p>
    <w:p>
      <w:r>
        <w:t>6. Teaching &amp; Learning Approach</w:t>
      </w:r>
    </w:p>
    <w:p>
      <w:pPr>
        <w:pStyle w:val="Heading2"/>
      </w:pPr>
      <w:r>
        <w:t>1. Learning Goals</w:t>
      </w:r>
    </w:p>
    <w:p>
      <w:r>
        <w:rPr>
          <w:b/>
        </w:rPr>
        <w:t>Start from zero IT background.</w:t>
      </w:r>
    </w:p>
    <w:p>
      <w:r>
        <w:rPr>
          <w:b/>
        </w:rPr>
        <w:t>Become competent in IT Support.</w:t>
      </w:r>
    </w:p>
    <w:p>
      <w:r>
        <w:rPr>
          <w:b/>
        </w:rPr>
        <w:t>Gain practical skills in computer operations, troubleshooting, networking, security, and system tools.</w:t>
      </w:r>
    </w:p>
    <w:p>
      <w:pPr>
        <w:pStyle w:val="Heading2"/>
      </w:pPr>
      <w:r>
        <w:t>2. Tools and Equipment</w:t>
      </w:r>
    </w:p>
    <w:p>
      <w:r>
        <w:rPr>
          <w:b/>
        </w:rPr>
        <w:t>Laptop Dell – RAM 4GB, Processor 1.50GHz, SSD 128GB.</w:t>
      </w:r>
    </w:p>
    <w:p>
      <w:r>
        <w:rPr>
          <w:b/>
        </w:rPr>
        <w:t>Flash Drive 16GB.</w:t>
      </w:r>
    </w:p>
    <w:p>
      <w:r>
        <w:rPr>
          <w:b/>
        </w:rPr>
        <w:t>Note: This setup is enough to start, but for later modules, a laptop with 8GB+ RAM is recommended.</w:t>
      </w:r>
    </w:p>
    <w:p>
      <w:pPr>
        <w:pStyle w:val="Heading2"/>
      </w:pPr>
      <w:r>
        <w:t>3. Weekly Study Schedule</w:t>
      </w:r>
    </w:p>
    <w:p>
      <w:r>
        <w:rPr>
          <w:b/>
        </w:rPr>
        <w:t>Daily study: ~3 hours/day (15+ hours/week).</w:t>
      </w:r>
    </w:p>
    <w:p>
      <w:r>
        <w:rPr>
          <w:b/>
        </w:rPr>
        <w:t>Recommended schedule:</w:t>
      </w:r>
    </w:p>
    <w:p>
      <w:r>
        <w:rPr>
          <w:b/>
        </w:rPr>
        <w:t>Monday – Theory basics</w:t>
      </w:r>
    </w:p>
    <w:p>
      <w:r>
        <w:rPr>
          <w:b/>
        </w:rPr>
        <w:t>Tuesday – Practical exercises</w:t>
      </w:r>
    </w:p>
    <w:p>
      <w:r>
        <w:rPr>
          <w:b/>
        </w:rPr>
        <w:t>Wednesday – Review + practice</w:t>
      </w:r>
    </w:p>
    <w:p>
      <w:r>
        <w:rPr>
          <w:b/>
        </w:rPr>
        <w:t>Thursday – Networking basics</w:t>
      </w:r>
    </w:p>
    <w:p>
      <w:r>
        <w:rPr>
          <w:b/>
        </w:rPr>
        <w:t>Friday – Troubleshooting</w:t>
      </w:r>
    </w:p>
    <w:p>
      <w:r>
        <w:rPr>
          <w:b/>
        </w:rPr>
        <w:t>Saturday – Mini projects</w:t>
      </w:r>
    </w:p>
    <w:p>
      <w:r>
        <w:rPr>
          <w:b/>
        </w:rPr>
        <w:t>Sunday – Rest / review</w:t>
      </w:r>
    </w:p>
    <w:p>
      <w:pPr>
        <w:pStyle w:val="Heading2"/>
      </w:pPr>
      <w:r>
        <w:t>4. Detailed 24-Month Learning Plan</w:t>
      </w:r>
    </w:p>
    <w:p>
      <w:r>
        <w:rPr>
          <w:b/>
        </w:rPr>
        <w:t>Months 1–2: Computer Basics (Operating Systems, file management, updates, safety)</w:t>
      </w:r>
    </w:p>
    <w:p>
      <w:r>
        <w:rPr>
          <w:b/>
        </w:rPr>
        <w:t>Months 3–4: IT Support Foundations (User support, Active Directory basics, software installation, backup &amp; recovery)</w:t>
      </w:r>
    </w:p>
    <w:p>
      <w:r>
        <w:rPr>
          <w:b/>
        </w:rPr>
        <w:t>Months 5–6: Networking Basics (LAN/WiFi, IP addressing, routing basics, OSI model, switch configuration)</w:t>
      </w:r>
    </w:p>
    <w:p>
      <w:r>
        <w:rPr>
          <w:b/>
        </w:rPr>
        <w:t>Months 7–8: Programming Basics (Python – variables, loops, functions, file handling)</w:t>
      </w:r>
    </w:p>
    <w:p>
      <w:r>
        <w:rPr>
          <w:b/>
        </w:rPr>
        <w:t>Months 9–10: Web Development &amp; Database Basics (HTML, CSS, SQL, MySQL basics)</w:t>
      </w:r>
    </w:p>
    <w:p>
      <w:r>
        <w:rPr>
          <w:b/>
        </w:rPr>
        <w:t>Months 11–12: Cybersecurity Basics (passwords, malware, network security, firewall configuration)</w:t>
      </w:r>
    </w:p>
    <w:p>
      <w:r>
        <w:rPr>
          <w:b/>
        </w:rPr>
        <w:t>Months 13–15: Advanced IT Support (Cloud basics, Office 365 support, ticketing systems, remote desktop)</w:t>
      </w:r>
    </w:p>
    <w:p>
      <w:r>
        <w:rPr>
          <w:b/>
        </w:rPr>
        <w:t>Months 16–18: Advanced Networking &amp; Projects (LAN/WAN configuration, network troubleshooting, mini-projects)</w:t>
      </w:r>
    </w:p>
    <w:p>
      <w:r>
        <w:rPr>
          <w:b/>
        </w:rPr>
        <w:t>Months 19–21: Specialization Phase (Choose IT Support, Networking, Cybersecurity, or Web Development for deeper study)</w:t>
      </w:r>
    </w:p>
    <w:p>
      <w:r>
        <w:rPr>
          <w:b/>
        </w:rPr>
        <w:t>Months 22–24: Final Projects &amp; Portfolio (System projects, network setup, backup automation, portfolio website, resume building, competency check)</w:t>
      </w:r>
    </w:p>
    <w:p>
      <w:pPr>
        <w:pStyle w:val="Heading2"/>
      </w:pPr>
      <w:r>
        <w:t>5. Additional Requirements (Later)</w:t>
      </w:r>
    </w:p>
    <w:p>
      <w:r>
        <w:rPr>
          <w:b/>
        </w:rPr>
        <w:t>External hard drive for backup</w:t>
      </w:r>
    </w:p>
    <w:p>
      <w:r>
        <w:rPr>
          <w:b/>
        </w:rPr>
        <w:t>Laptop with 8GB+ RAM (for heavier simulations)</w:t>
      </w:r>
    </w:p>
    <w:p>
      <w:r>
        <w:rPr>
          <w:b/>
        </w:rPr>
        <w:t>Stable internet connection</w:t>
      </w:r>
    </w:p>
    <w:p>
      <w:pPr>
        <w:pStyle w:val="Heading2"/>
      </w:pPr>
      <w:r>
        <w:t>6. Teaching &amp; Learning Approach</w:t>
      </w:r>
    </w:p>
    <w:p>
      <w:r>
        <w:rPr>
          <w:b/>
        </w:rPr>
        <w:t>Daily lessons with exercises and small tests</w:t>
      </w:r>
    </w:p>
    <w:p>
      <w:r>
        <w:rPr>
          <w:b/>
        </w:rPr>
        <w:t>Weekly progress review</w:t>
      </w:r>
    </w:p>
    <w:p>
      <w:r>
        <w:rPr>
          <w:b/>
        </w:rPr>
        <w:t>Monthly mini-projects</w:t>
      </w:r>
    </w:p>
    <w:p>
      <w:r>
        <w:rPr>
          <w:b/>
        </w:rPr>
        <w:t>Guidance and support from instructor (your IT mentor 😊)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